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SIJEPD — Author Declaration and Copyright Form</w:t>
      </w:r>
    </w:p>
    <w:p>
      <w:r>
        <w:t>Draft resource — confirm final journal requirements before submission.</w:t>
      </w:r>
    </w:p>
    <w:p>
      <w:r>
        <w:t>Article title: __________________________</w:t>
      </w:r>
    </w:p>
    <w:p>
      <w:r>
        <w:t>Corresponding author: __________________________</w:t>
      </w:r>
    </w:p>
    <w:p>
      <w:r>
        <w:t>All authors: __________________________</w:t>
      </w:r>
    </w:p>
    <w:p>
      <w:r>
        <w:t>We declare that this manuscript is original and is not under simultaneous consideration elsewhere.</w:t>
      </w:r>
    </w:p>
    <w:p>
      <w:r>
        <w:t>Any third-party material is appropriately credited and permission obtained where required.</w:t>
      </w:r>
    </w:p>
    <w:p>
      <w:r>
        <w:t>Conflicts of interest: __________________________</w:t>
      </w:r>
    </w:p>
    <w:p>
      <w:r>
        <w:t>Copyright ownership and publication licence: TO BE CONFIRMED by SEA before signing.</w:t>
      </w:r>
    </w:p>
    <w:p>
      <w:r>
        <w:t>Author signature(s): __________________________</w:t>
      </w:r>
    </w:p>
    <w:p>
      <w:r>
        <w:t>Date: 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