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SIJEPD — Manuscript Cover Page</w:t>
      </w:r>
    </w:p>
    <w:p>
      <w:r>
        <w:t>Draft resource — confirm final journal requirements before submission.</w:t>
      </w:r>
    </w:p>
    <w:p>
      <w:r>
        <w:t>Manuscript title: __________________________</w:t>
      </w:r>
    </w:p>
    <w:p>
      <w:r>
        <w:t>Author(s) and designation(s): __________________________</w:t>
      </w:r>
    </w:p>
    <w:p>
      <w:r>
        <w:t>Institution(s): __________________________</w:t>
      </w:r>
    </w:p>
    <w:p>
      <w:r>
        <w:t>Corresponding author email: __________________________</w:t>
      </w:r>
    </w:p>
    <w:p>
      <w:r>
        <w:t>ORCID (optional): __________________________</w:t>
      </w:r>
    </w:p>
    <w:p>
      <w:r>
        <w:t>Abstract: __________________________</w:t>
      </w:r>
    </w:p>
    <w:p>
      <w:r>
        <w:t>Keywords: __________________________</w:t>
      </w:r>
    </w:p>
    <w:p>
      <w:r>
        <w:t>Declarations / funding: 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